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Applicant Information Form</w:t>
      </w:r>
    </w:p>
    <w:p>
      <w:r>
        <w:t>1. First Name: ____________________________</w:t>
      </w:r>
    </w:p>
    <w:p>
      <w:r>
        <w:t>2. Last Name: ____________________________</w:t>
      </w:r>
    </w:p>
    <w:p>
      <w:r>
        <w:t>3. Date of Birth: ____________________________</w:t>
      </w:r>
    </w:p>
    <w:p>
      <w:r>
        <w:t>4. Age: ____________________________</w:t>
      </w:r>
    </w:p>
    <w:p>
      <w:r>
        <w:t>5. Gender: ____________________________</w:t>
      </w:r>
    </w:p>
    <w:p>
      <w:r>
        <w:t>6. Passport Number: ____________________________</w:t>
      </w:r>
    </w:p>
    <w:p>
      <w:r>
        <w:t>7. National ID Number: ____________________________</w:t>
      </w:r>
    </w:p>
    <w:p>
      <w:r>
        <w:t>8. Nationality: ____________________________</w:t>
      </w:r>
    </w:p>
    <w:p>
      <w:r>
        <w:t>9. Place of Birth: ____________________________</w:t>
      </w:r>
    </w:p>
    <w:p>
      <w:r>
        <w:t>10. Marital Status (Single / Married / Divorced / Widowed): ____________________________</w:t>
      </w:r>
    </w:p>
    <w:p>
      <w:r>
        <w:t>11. Father's Name: ____________________________</w:t>
      </w:r>
    </w:p>
    <w:p>
      <w:r>
        <w:t>12. Mother's Name: ____________________________</w:t>
      </w:r>
    </w:p>
    <w:p>
      <w:r>
        <w:t>13. Highest Educational Degree: ____________________________</w:t>
      </w:r>
    </w:p>
    <w:p>
      <w:r>
        <w:t>14. Field of Study: ____________________________</w:t>
      </w:r>
    </w:p>
    <w:p>
      <w:r>
        <w:t>15. Languages Known + Level: ____________________________</w:t>
      </w:r>
    </w:p>
    <w:p>
      <w:r>
        <w:t>16. Phone Number: ____________________________</w:t>
      </w:r>
    </w:p>
    <w:p>
      <w:r>
        <w:t>17. Email: ____________________________</w:t>
      </w:r>
    </w:p>
    <w:p>
      <w:r>
        <w:t>18. Residential Address: ____________________________</w:t>
      </w:r>
    </w:p>
    <w:p>
      <w:r>
        <w:t>19. Previous Travel to Europe (Yes / No): ____________________________</w:t>
      </w:r>
    </w:p>
    <w:p>
      <w:r>
        <w:t>20. Countries &amp; Years of Travel (if any): ____________________________</w:t>
      </w:r>
    </w:p>
    <w:p>
      <w:r>
        <w:t>21. Previous Schengen Visa Application (Yes / No): ____________________________</w:t>
      </w:r>
    </w:p>
    <w:p>
      <w:r>
        <w:t>22. Result (Approved / Rejected): ____________________________</w:t>
      </w:r>
    </w:p>
    <w:p>
      <w:r>
        <w:t>23. Reason for Rejection (if any): ____________________________</w:t>
      </w:r>
    </w:p>
    <w:p>
      <w:r>
        <w:t>24. Current Occupation: ____________________________</w:t>
      </w:r>
    </w:p>
    <w:p>
      <w:r>
        <w:t>25. Workplace / Company Name: ____________________________</w:t>
      </w:r>
    </w:p>
    <w:p>
      <w:r>
        <w:t>26. Work Experience (brief): ____________________________</w:t>
      </w:r>
    </w:p>
    <w:p>
      <w:r>
        <w:t>27. Approximate Monthly Income: ____________________________</w:t>
      </w:r>
    </w:p>
    <w:p>
      <w:r>
        <w:t>28. Purpose of Migration or Travel: ____________________________</w:t>
      </w:r>
    </w:p>
    <w:p>
      <w:r>
        <w:t>29. Accompanying Person? (Yes / No): ____________________________</w:t>
      </w:r>
    </w:p>
    <w:p>
      <w:r>
        <w:t xml:space="preserve">   Companion Details (Name + Age + Relationship): ____________________________</w:t>
      </w:r>
    </w:p>
    <w:p>
      <w:r>
        <w:t>30. Criminal Record Status (Yes / No): ____________________________</w:t>
      </w:r>
    </w:p>
    <w:p>
      <w:r>
        <w:t xml:space="preserve">   Explanation if applicable: ____________________________</w:t>
      </w:r>
    </w:p>
    <w:p>
      <w:r>
        <w:t>31. Resume File (if available): 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